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91C72" w14:textId="72929725" w:rsidR="00DE06DE" w:rsidRDefault="00B13457">
      <w:pPr>
        <w:pStyle w:val="Title"/>
      </w:pPr>
      <w:r>
        <w:t xml:space="preserve">HB 2067 </w:t>
      </w:r>
      <w:r w:rsidR="006E2729">
        <w:t>Private Passenger Auto</w:t>
      </w:r>
      <w:r w:rsidR="00BA7AD8">
        <w:t xml:space="preserve"> </w:t>
      </w:r>
      <w:r>
        <w:t>Data Collection – Registration and Submission Information</w:t>
      </w:r>
    </w:p>
    <w:p w14:paraId="32E52D76" w14:textId="587BBAB4" w:rsidR="00DE06DE" w:rsidRDefault="00B13457">
      <w:r>
        <w:t xml:space="preserve">House Bill 2067 (HB 2067) requires companies writing </w:t>
      </w:r>
      <w:r w:rsidR="006E2729">
        <w:t xml:space="preserve">Private Passenger Auto (PPA) </w:t>
      </w:r>
      <w:r>
        <w:t>insurance in Texas to report new data to the Texas Insurance Checking Office (TICO), the designated statistical agent. TICO will collect this data through a new online portal.</w:t>
      </w:r>
      <w:r>
        <w:br/>
      </w:r>
      <w:r>
        <w:br/>
        <w:t xml:space="preserve">User registration is required </w:t>
      </w:r>
      <w:proofErr w:type="gramStart"/>
      <w:r>
        <w:t>in order to</w:t>
      </w:r>
      <w:proofErr w:type="gramEnd"/>
      <w:r>
        <w:t xml:space="preserve"> access the portal for editing or submitting HB 2067 data files. Users must register even if they already have portal access for other edits or reports.</w:t>
      </w:r>
    </w:p>
    <w:p w14:paraId="1D0DDEDD" w14:textId="77777777" w:rsidR="00DE06DE" w:rsidRDefault="00B13457">
      <w:pPr>
        <w:pStyle w:val="Heading1"/>
      </w:pPr>
      <w:r>
        <w:t>Registration Required</w:t>
      </w:r>
    </w:p>
    <w:p w14:paraId="382B7357" w14:textId="5E539A67" w:rsidR="00DE06DE" w:rsidRDefault="00B13457">
      <w:r>
        <w:t xml:space="preserve">All users must register </w:t>
      </w:r>
      <w:proofErr w:type="gramStart"/>
      <w:r>
        <w:t>in order to</w:t>
      </w:r>
      <w:proofErr w:type="gramEnd"/>
      <w:r>
        <w:t xml:space="preserve"> edit</w:t>
      </w:r>
      <w:r w:rsidR="00DC09D7">
        <w:t xml:space="preserve"> (test)</w:t>
      </w:r>
      <w:r>
        <w:t xml:space="preserve"> or submit HB 2067 files.</w:t>
      </w:r>
      <w:r>
        <w:br/>
      </w:r>
      <w:r>
        <w:br/>
        <w:t>To register, please use the following link:</w:t>
      </w:r>
      <w:r>
        <w:br/>
      </w:r>
      <w:r w:rsidRPr="006E2729">
        <w:rPr>
          <w:highlight w:val="yellow"/>
        </w:rPr>
        <w:t>https://portal.ticostat.com/form/HB2067Registration</w:t>
      </w:r>
      <w:r>
        <w:br/>
      </w:r>
      <w:r>
        <w:br/>
        <w:t xml:space="preserve">The first reporting period is </w:t>
      </w:r>
      <w:r w:rsidR="006E2729">
        <w:t>2</w:t>
      </w:r>
      <w:r w:rsidR="006E2729" w:rsidRPr="006E2729">
        <w:rPr>
          <w:vertAlign w:val="superscript"/>
        </w:rPr>
        <w:t>nd</w:t>
      </w:r>
      <w:r w:rsidR="006E2729">
        <w:t xml:space="preserve"> quarter </w:t>
      </w:r>
      <w:r>
        <w:t xml:space="preserve">2026, with data due </w:t>
      </w:r>
      <w:r w:rsidR="006E2729">
        <w:t>August</w:t>
      </w:r>
      <w:r>
        <w:t xml:space="preserve"> 15, 2026. Users are encouraged to complete registration as soon as possible to ensure sufficient time for access approval, file editing, and file submission prior to the reporting deadline.</w:t>
      </w:r>
    </w:p>
    <w:p w14:paraId="75F4AD24" w14:textId="77777777" w:rsidR="00DE06DE" w:rsidRDefault="00B13457">
      <w:r>
        <w:t>After registering, users will receive:</w:t>
      </w:r>
    </w:p>
    <w:p w14:paraId="46A3246E" w14:textId="77777777" w:rsidR="00DE06DE" w:rsidRDefault="00B13457">
      <w:pPr>
        <w:pStyle w:val="ListBullet"/>
      </w:pPr>
      <w:r>
        <w:t>An approval or rejection email (registrations may be rejected if there is an issue with the information provided)</w:t>
      </w:r>
    </w:p>
    <w:p w14:paraId="7BB96E98" w14:textId="06C7CEEB" w:rsidR="00DE06DE" w:rsidRDefault="00B13457">
      <w:pPr>
        <w:pStyle w:val="ListBullet"/>
      </w:pPr>
      <w:r>
        <w:t>Upon approval, instructions for accessing and using the portal for editing and submission</w:t>
      </w:r>
      <w:r w:rsidR="00323607">
        <w:t xml:space="preserve"> </w:t>
      </w:r>
    </w:p>
    <w:p w14:paraId="13D4A6DF" w14:textId="1795C7AE" w:rsidR="00DE06DE" w:rsidRDefault="00B13457">
      <w:pPr>
        <w:pStyle w:val="ListBullet"/>
      </w:pPr>
      <w:r>
        <w:t xml:space="preserve">Upon approval, </w:t>
      </w:r>
      <w:r w:rsidR="00DC09D7">
        <w:t xml:space="preserve">file </w:t>
      </w:r>
      <w:r>
        <w:t>submission instructions</w:t>
      </w:r>
    </w:p>
    <w:p w14:paraId="601270FB" w14:textId="77777777" w:rsidR="00DE06DE" w:rsidRDefault="00B13457">
      <w:r>
        <w:t xml:space="preserve">If you have questions regarding registration or portal access, please contact: </w:t>
      </w:r>
      <w:r w:rsidRPr="006E2729">
        <w:rPr>
          <w:highlight w:val="yellow"/>
        </w:rPr>
        <w:t>portal@ticostat.com</w:t>
      </w:r>
    </w:p>
    <w:p w14:paraId="3E854153" w14:textId="77777777" w:rsidR="00DE06DE" w:rsidRDefault="00B13457">
      <w:pPr>
        <w:pStyle w:val="Heading1"/>
      </w:pPr>
      <w:r>
        <w:t>Key Dates</w:t>
      </w:r>
    </w:p>
    <w:p w14:paraId="1927D576" w14:textId="77777777" w:rsidR="00DE06DE" w:rsidRDefault="00B13457">
      <w:pPr>
        <w:pStyle w:val="ListBullet"/>
      </w:pPr>
      <w:r>
        <w:t>Online edit tool available now</w:t>
      </w:r>
    </w:p>
    <w:p w14:paraId="0BDA4EE4" w14:textId="77777777" w:rsidR="00091E9E" w:rsidRDefault="00091E9E">
      <w:pPr>
        <w:pStyle w:val="ListBullet"/>
      </w:pPr>
      <w:r w:rsidRPr="00091E9E">
        <w:t>Online submission tool anticipated to be available on or about July 15, 2026</w:t>
      </w:r>
    </w:p>
    <w:p w14:paraId="0CD7A5E4" w14:textId="15F24F56" w:rsidR="00DE06DE" w:rsidRDefault="00B13457">
      <w:pPr>
        <w:pStyle w:val="ListBullet"/>
      </w:pPr>
      <w:r>
        <w:t xml:space="preserve">First reporting period: </w:t>
      </w:r>
      <w:r w:rsidR="006E2729">
        <w:t>2Q</w:t>
      </w:r>
      <w:r>
        <w:t xml:space="preserve"> 2026</w:t>
      </w:r>
    </w:p>
    <w:p w14:paraId="4803DF1D" w14:textId="3B621C87" w:rsidR="00DE06DE" w:rsidRDefault="006E2729">
      <w:pPr>
        <w:pStyle w:val="ListBullet"/>
      </w:pPr>
      <w:r>
        <w:t>2Q</w:t>
      </w:r>
      <w:r w:rsidR="00B13457">
        <w:t xml:space="preserve"> 2026 data due: </w:t>
      </w:r>
      <w:r>
        <w:t>August</w:t>
      </w:r>
      <w:r w:rsidR="00B13457">
        <w:t xml:space="preserve"> 15, 2026</w:t>
      </w:r>
    </w:p>
    <w:p w14:paraId="579339B8" w14:textId="22737382" w:rsidR="00DE06DE" w:rsidRDefault="00B13457">
      <w:pPr>
        <w:pStyle w:val="Heading1"/>
      </w:pPr>
      <w:r>
        <w:lastRenderedPageBreak/>
        <w:t xml:space="preserve">Online Edit </w:t>
      </w:r>
      <w:r w:rsidR="006E2729" w:rsidRPr="00DC09D7">
        <w:rPr>
          <w:color w:val="auto"/>
        </w:rPr>
        <w:t xml:space="preserve">(Test) </w:t>
      </w:r>
      <w:r>
        <w:t>Tool – Available Now</w:t>
      </w:r>
    </w:p>
    <w:p w14:paraId="461A2E0C" w14:textId="77777777" w:rsidR="00DE06DE" w:rsidRDefault="00B13457">
      <w:r>
        <w:t xml:space="preserve">The online </w:t>
      </w:r>
      <w:proofErr w:type="gramStart"/>
      <w:r>
        <w:t>edit</w:t>
      </w:r>
      <w:proofErr w:type="gramEnd"/>
      <w:r>
        <w:t xml:space="preserve"> tool is currently available to allow registered users to edit HB 2067 data files prior to submission. This tool may be used to review and correct data without submitting a file. Companies are encouraged to begin editing files as soon as possible in preparation for required submission.</w:t>
      </w:r>
    </w:p>
    <w:p w14:paraId="756552E8" w14:textId="1C3C756C" w:rsidR="00DE06DE" w:rsidRDefault="00B13457">
      <w:pPr>
        <w:pStyle w:val="Heading1"/>
      </w:pPr>
      <w:r>
        <w:t xml:space="preserve">Online Submission Tool – Available </w:t>
      </w:r>
      <w:r w:rsidR="0054756A">
        <w:t>TBD</w:t>
      </w:r>
    </w:p>
    <w:p w14:paraId="4B2A723C" w14:textId="0A8E10F0" w:rsidR="00DE06DE" w:rsidRDefault="00B13457">
      <w:r>
        <w:t>The online submission tool will become available on</w:t>
      </w:r>
      <w:r w:rsidR="00091E9E" w:rsidRPr="00091E9E">
        <w:t xml:space="preserve"> or about July 15, 2026</w:t>
      </w:r>
      <w:r>
        <w:t xml:space="preserve">, following the close of </w:t>
      </w:r>
      <w:r w:rsidR="006E2729">
        <w:t>the 2</w:t>
      </w:r>
      <w:r w:rsidR="006E2729" w:rsidRPr="006E2729">
        <w:rPr>
          <w:vertAlign w:val="superscript"/>
        </w:rPr>
        <w:t>nd</w:t>
      </w:r>
      <w:r w:rsidR="006E2729">
        <w:t xml:space="preserve"> quarter, June 30</w:t>
      </w:r>
      <w:r>
        <w:t xml:space="preserve">. </w:t>
      </w:r>
    </w:p>
    <w:p w14:paraId="366D4DA0" w14:textId="77777777" w:rsidR="00DE06DE" w:rsidRDefault="00B13457">
      <w:r>
        <w:br/>
        <w:t xml:space="preserve">For additional information or assistance, please contact the Texas Insurance Checking Office at </w:t>
      </w:r>
      <w:r w:rsidRPr="006E2729">
        <w:rPr>
          <w:highlight w:val="yellow"/>
        </w:rPr>
        <w:t>portal@ticostat.com</w:t>
      </w:r>
      <w:r>
        <w:t>. Companies are responsible for complying with HB 2067 reporting requirements within the specified timelines.</w:t>
      </w:r>
    </w:p>
    <w:sectPr w:rsidR="00DE06D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546E1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8828408">
    <w:abstractNumId w:val="8"/>
  </w:num>
  <w:num w:numId="2" w16cid:durableId="1629239836">
    <w:abstractNumId w:val="6"/>
  </w:num>
  <w:num w:numId="3" w16cid:durableId="637682126">
    <w:abstractNumId w:val="5"/>
  </w:num>
  <w:num w:numId="4" w16cid:durableId="907807698">
    <w:abstractNumId w:val="4"/>
  </w:num>
  <w:num w:numId="5" w16cid:durableId="872763797">
    <w:abstractNumId w:val="7"/>
  </w:num>
  <w:num w:numId="6" w16cid:durableId="1836140182">
    <w:abstractNumId w:val="3"/>
  </w:num>
  <w:num w:numId="7" w16cid:durableId="1247038650">
    <w:abstractNumId w:val="2"/>
  </w:num>
  <w:num w:numId="8" w16cid:durableId="595282829">
    <w:abstractNumId w:val="1"/>
  </w:num>
  <w:num w:numId="9" w16cid:durableId="203746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1E9E"/>
    <w:rsid w:val="0015074B"/>
    <w:rsid w:val="00170996"/>
    <w:rsid w:val="002731C4"/>
    <w:rsid w:val="0029639D"/>
    <w:rsid w:val="00323607"/>
    <w:rsid w:val="00326F90"/>
    <w:rsid w:val="0054756A"/>
    <w:rsid w:val="006E2729"/>
    <w:rsid w:val="007C55B4"/>
    <w:rsid w:val="00AA1D8D"/>
    <w:rsid w:val="00B13457"/>
    <w:rsid w:val="00B47730"/>
    <w:rsid w:val="00BA7AD8"/>
    <w:rsid w:val="00C56219"/>
    <w:rsid w:val="00CB0664"/>
    <w:rsid w:val="00DC09D7"/>
    <w:rsid w:val="00DE06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5614CF"/>
  <w14:defaultImageDpi w14:val="300"/>
  <w15:docId w15:val="{EB79CBD8-3E62-4DA9-9866-C5CA7B43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01530DF881E4F9E2B0C5032C9670D" ma:contentTypeVersion="7" ma:contentTypeDescription="Create a new document." ma:contentTypeScope="" ma:versionID="8f56a2f35c44bd4677914d72803ca586">
  <xsd:schema xmlns:xsd="http://www.w3.org/2001/XMLSchema" xmlns:xs="http://www.w3.org/2001/XMLSchema" xmlns:p="http://schemas.microsoft.com/office/2006/metadata/properties" xmlns:ns2="6c1651ec-2802-407b-8723-66443cb95d0f" targetNamespace="http://schemas.microsoft.com/office/2006/metadata/properties" ma:root="true" ma:fieldsID="cc5a5e9818d8cfcdb9361dc37736f784" ns2:_="">
    <xsd:import namespace="6c1651ec-2802-407b-8723-66443cb95d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651ec-2802-407b-8723-66443cb95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EDFC15-188F-42A2-B396-C5C47CEA1065}"/>
</file>

<file path=customXml/itemProps3.xml><?xml version="1.0" encoding="utf-8"?>
<ds:datastoreItem xmlns:ds="http://schemas.openxmlformats.org/officeDocument/2006/customXml" ds:itemID="{72DABA86-3591-4F5C-BE9D-0BC0FB666892}"/>
</file>

<file path=customXml/itemProps4.xml><?xml version="1.0" encoding="utf-8"?>
<ds:datastoreItem xmlns:ds="http://schemas.openxmlformats.org/officeDocument/2006/customXml" ds:itemID="{CE9B8ED0-6A81-4A6C-A493-F4CBC0D7C9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355</Words>
  <Characters>1943</Characters>
  <Application>Microsoft Office Word</Application>
  <DocSecurity>0</DocSecurity>
  <Lines>38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 Guerrero</cp:lastModifiedBy>
  <cp:revision>7</cp:revision>
  <dcterms:created xsi:type="dcterms:W3CDTF">2026-06-19T17:44:00Z</dcterms:created>
  <dcterms:modified xsi:type="dcterms:W3CDTF">2026-06-20T04:47:00Z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0x01010085A01530DF881E4F9E2B0C5032C9670D</vt:lpwstr>
  </property>
</Properties>
</file>